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B146D" w14:textId="2BC469AA" w:rsidR="001A6450" w:rsidRPr="003A19EB" w:rsidRDefault="00000000" w:rsidP="003A1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44"/>
          <w:szCs w:val="44"/>
          <w:lang w:eastAsia="ja-JP"/>
        </w:rPr>
      </w:pPr>
      <w:r w:rsidRPr="003A19EB">
        <w:rPr>
          <w:sz w:val="44"/>
          <w:szCs w:val="44"/>
          <w:lang w:eastAsia="ja-JP"/>
        </w:rPr>
        <w:t>発表内容タイトル</w:t>
      </w:r>
    </w:p>
    <w:p w14:paraId="14EB8BCB" w14:textId="77777777" w:rsidR="001A6450" w:rsidRDefault="00000000" w:rsidP="003A1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eastAsia="ja-JP"/>
        </w:rPr>
      </w:pPr>
      <w:r>
        <w:rPr>
          <w:sz w:val="28"/>
          <w:lang w:eastAsia="ja-JP"/>
        </w:rPr>
        <w:t>サブタイトル（空白も可）</w:t>
      </w:r>
    </w:p>
    <w:p w14:paraId="2B5E9754" w14:textId="5A0E1AC3" w:rsidR="001A6450" w:rsidRDefault="001A6450">
      <w:pPr>
        <w:rPr>
          <w:lang w:eastAsia="ja-JP"/>
        </w:rPr>
      </w:pP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2518"/>
        <w:gridCol w:w="6320"/>
      </w:tblGrid>
      <w:tr w:rsidR="003A19EB" w14:paraId="51350998" w14:textId="77777777" w:rsidTr="00E84404">
        <w:tc>
          <w:tcPr>
            <w:tcW w:w="2518" w:type="dxa"/>
          </w:tcPr>
          <w:p w14:paraId="0435B20B" w14:textId="597A2C47" w:rsidR="003A19EB" w:rsidRPr="00E84404" w:rsidRDefault="003A19EB">
            <w:pPr>
              <w:rPr>
                <w:sz w:val="24"/>
                <w:szCs w:val="24"/>
                <w:lang w:eastAsia="ja-JP"/>
              </w:rPr>
            </w:pPr>
            <w:r w:rsidRPr="00E84404">
              <w:rPr>
                <w:sz w:val="24"/>
                <w:szCs w:val="24"/>
              </w:rPr>
              <w:t>法人名</w:t>
            </w:r>
          </w:p>
        </w:tc>
        <w:tc>
          <w:tcPr>
            <w:tcW w:w="6320" w:type="dxa"/>
          </w:tcPr>
          <w:p w14:paraId="1AFC0413" w14:textId="77777777" w:rsidR="003A19EB" w:rsidRPr="00E84404" w:rsidRDefault="003A19EB">
            <w:pPr>
              <w:rPr>
                <w:sz w:val="24"/>
                <w:szCs w:val="24"/>
                <w:lang w:eastAsia="ja-JP"/>
              </w:rPr>
            </w:pPr>
          </w:p>
        </w:tc>
      </w:tr>
      <w:tr w:rsidR="003A19EB" w14:paraId="461F8E6F" w14:textId="77777777" w:rsidTr="00E84404">
        <w:tc>
          <w:tcPr>
            <w:tcW w:w="2518" w:type="dxa"/>
          </w:tcPr>
          <w:p w14:paraId="7ABDEB00" w14:textId="05B65F77" w:rsidR="003A19EB" w:rsidRPr="00E84404" w:rsidRDefault="003A19EB">
            <w:pPr>
              <w:rPr>
                <w:sz w:val="24"/>
                <w:szCs w:val="24"/>
                <w:lang w:eastAsia="ja-JP"/>
              </w:rPr>
            </w:pPr>
            <w:r w:rsidRPr="00E84404">
              <w:rPr>
                <w:sz w:val="24"/>
                <w:szCs w:val="24"/>
              </w:rPr>
              <w:t>事業所名</w:t>
            </w:r>
          </w:p>
        </w:tc>
        <w:tc>
          <w:tcPr>
            <w:tcW w:w="6320" w:type="dxa"/>
          </w:tcPr>
          <w:p w14:paraId="62ED5695" w14:textId="77777777" w:rsidR="003A19EB" w:rsidRPr="00E84404" w:rsidRDefault="003A19EB">
            <w:pPr>
              <w:rPr>
                <w:sz w:val="24"/>
                <w:szCs w:val="24"/>
                <w:lang w:eastAsia="ja-JP"/>
              </w:rPr>
            </w:pPr>
          </w:p>
        </w:tc>
      </w:tr>
      <w:tr w:rsidR="003A19EB" w14:paraId="4BAC34B7" w14:textId="77777777" w:rsidTr="00E84404">
        <w:tc>
          <w:tcPr>
            <w:tcW w:w="2518" w:type="dxa"/>
          </w:tcPr>
          <w:p w14:paraId="43A81F47" w14:textId="3839C37A" w:rsidR="003A19EB" w:rsidRPr="00E84404" w:rsidRDefault="003A19EB">
            <w:pPr>
              <w:rPr>
                <w:sz w:val="24"/>
                <w:szCs w:val="24"/>
                <w:lang w:eastAsia="ja-JP"/>
              </w:rPr>
            </w:pPr>
            <w:r w:rsidRPr="00E84404">
              <w:rPr>
                <w:rFonts w:hint="eastAsia"/>
                <w:sz w:val="24"/>
                <w:szCs w:val="24"/>
                <w:lang w:eastAsia="ja-JP"/>
              </w:rPr>
              <w:t>サービス種別</w:t>
            </w:r>
          </w:p>
        </w:tc>
        <w:tc>
          <w:tcPr>
            <w:tcW w:w="6320" w:type="dxa"/>
          </w:tcPr>
          <w:p w14:paraId="23C4B04D" w14:textId="77777777" w:rsidR="003A19EB" w:rsidRPr="00E84404" w:rsidRDefault="003A19EB">
            <w:pPr>
              <w:rPr>
                <w:sz w:val="24"/>
                <w:szCs w:val="24"/>
                <w:lang w:eastAsia="ja-JP"/>
              </w:rPr>
            </w:pPr>
          </w:p>
        </w:tc>
      </w:tr>
      <w:tr w:rsidR="003A19EB" w14:paraId="6DBF5A83" w14:textId="77777777" w:rsidTr="00E84404">
        <w:tc>
          <w:tcPr>
            <w:tcW w:w="2518" w:type="dxa"/>
          </w:tcPr>
          <w:p w14:paraId="286F39E8" w14:textId="6B554709" w:rsidR="003A19EB" w:rsidRPr="00E84404" w:rsidRDefault="003A19EB">
            <w:pPr>
              <w:rPr>
                <w:sz w:val="24"/>
                <w:szCs w:val="24"/>
                <w:lang w:eastAsia="ja-JP"/>
              </w:rPr>
            </w:pPr>
            <w:r w:rsidRPr="00E84404">
              <w:rPr>
                <w:sz w:val="24"/>
                <w:szCs w:val="24"/>
              </w:rPr>
              <w:t>発表者</w:t>
            </w:r>
            <w:r w:rsidRPr="00E84404">
              <w:rPr>
                <w:rFonts w:hint="eastAsia"/>
                <w:sz w:val="24"/>
                <w:szCs w:val="24"/>
                <w:lang w:eastAsia="ja-JP"/>
              </w:rPr>
              <w:t xml:space="preserve">　職種・</w:t>
            </w:r>
            <w:r w:rsidRPr="00E84404">
              <w:rPr>
                <w:sz w:val="24"/>
                <w:szCs w:val="24"/>
              </w:rPr>
              <w:t>氏名</w:t>
            </w:r>
          </w:p>
        </w:tc>
        <w:tc>
          <w:tcPr>
            <w:tcW w:w="6320" w:type="dxa"/>
          </w:tcPr>
          <w:p w14:paraId="4E0D4290" w14:textId="77777777" w:rsidR="003A19EB" w:rsidRPr="00E84404" w:rsidRDefault="003A19EB">
            <w:pPr>
              <w:rPr>
                <w:sz w:val="24"/>
                <w:szCs w:val="24"/>
                <w:lang w:eastAsia="ja-JP"/>
              </w:rPr>
            </w:pPr>
          </w:p>
        </w:tc>
      </w:tr>
    </w:tbl>
    <w:p w14:paraId="00B6395D" w14:textId="77777777" w:rsidR="003A19EB" w:rsidRDefault="003A19EB">
      <w:pPr>
        <w:rPr>
          <w:lang w:eastAsia="ja-JP"/>
        </w:rPr>
      </w:pPr>
    </w:p>
    <w:p w14:paraId="10D4A780" w14:textId="492A87E1" w:rsidR="003A19EB" w:rsidRDefault="00751FCF">
      <w:r>
        <w:rPr>
          <w:noProof/>
        </w:rPr>
        <w:pict w14:anchorId="4C3F5168">
          <v:rect id="_x0000_i1025" alt="" style="width:425.2pt;height:.05pt;mso-width-percent:0;mso-height-percent:0;mso-width-percent:0;mso-height-percent:0" o:hralign="center" o:hrstd="t" o:hr="t" fillcolor="#a0a0a0" stroked="f">
            <v:textbox inset="5.85pt,.7pt,5.85pt,.7pt"/>
          </v:rect>
        </w:pict>
      </w:r>
    </w:p>
    <w:p w14:paraId="176B435B" w14:textId="77777777" w:rsidR="008E5078" w:rsidRDefault="008E5078">
      <w:pPr>
        <w:rPr>
          <w:rFonts w:ascii="ＭＳ 明朝" w:eastAsia="ＭＳ 明朝" w:hAnsi="ＭＳ 明朝"/>
          <w:lang w:eastAsia="ja-JP"/>
        </w:rPr>
      </w:pPr>
    </w:p>
    <w:p w14:paraId="740F0448" w14:textId="4B705E88" w:rsidR="001A6450" w:rsidRPr="00E84404" w:rsidRDefault="008E5078">
      <w:pPr>
        <w:rPr>
          <w:rFonts w:ascii="ＭＳ 明朝" w:eastAsia="ＭＳ 明朝" w:hAnsi="ＭＳ 明朝"/>
          <w:lang w:eastAsia="ja-JP"/>
        </w:rPr>
      </w:pPr>
      <w:r>
        <w:rPr>
          <w:rFonts w:ascii="ＭＳ 明朝" w:eastAsia="ＭＳ 明朝" w:hAnsi="ＭＳ 明朝" w:hint="eastAsia"/>
          <w:lang w:eastAsia="ja-JP"/>
        </w:rPr>
        <w:t>（</w:t>
      </w:r>
      <w:r w:rsidR="003A19EB" w:rsidRPr="00E84404">
        <w:rPr>
          <w:rFonts w:ascii="ＭＳ 明朝" w:eastAsia="ＭＳ 明朝" w:hAnsi="ＭＳ 明朝" w:hint="eastAsia"/>
          <w:lang w:eastAsia="ja-JP"/>
        </w:rPr>
        <w:t>以下、こちらに本文を記入してください。見出し、図表、写真等、自由に設定できます。）</w:t>
      </w:r>
      <w:r w:rsidR="003A19EB" w:rsidRPr="00E84404">
        <w:rPr>
          <w:rFonts w:ascii="ＭＳ 明朝" w:eastAsia="ＭＳ 明朝" w:hAnsi="ＭＳ 明朝"/>
          <w:lang w:eastAsia="ja-JP"/>
        </w:rPr>
        <w:br/>
      </w:r>
      <w:r w:rsidR="00E84404" w:rsidRPr="00E84404">
        <w:rPr>
          <w:rFonts w:ascii="ＭＳ 明朝" w:eastAsia="ＭＳ 明朝" w:hAnsi="ＭＳ 明朝" w:hint="eastAsia"/>
          <w:lang w:eastAsia="ja-JP"/>
        </w:rPr>
        <w:t>（本文の文字は、</w:t>
      </w:r>
      <w:r w:rsidR="00E84404" w:rsidRPr="00E84404">
        <w:rPr>
          <w:rFonts w:ascii="ＭＳ 明朝" w:eastAsia="ＭＳ 明朝" w:hAnsi="ＭＳ 明朝"/>
          <w:lang w:eastAsia="ja-JP"/>
        </w:rPr>
        <w:t>10</w:t>
      </w:r>
      <w:r w:rsidR="00E84404" w:rsidRPr="00E84404">
        <w:rPr>
          <w:rFonts w:ascii="ＭＳ 明朝" w:eastAsia="ＭＳ 明朝" w:hAnsi="ＭＳ 明朝" w:hint="eastAsia"/>
          <w:lang w:eastAsia="ja-JP"/>
        </w:rPr>
        <w:t>ポイント／</w:t>
      </w:r>
      <w:r w:rsidR="00E84404" w:rsidRPr="00E84404">
        <w:rPr>
          <w:rFonts w:ascii="ＭＳ 明朝" w:eastAsia="ＭＳ 明朝" w:hAnsi="ＭＳ 明朝"/>
          <w:lang w:eastAsia="ja-JP"/>
        </w:rPr>
        <w:t xml:space="preserve">MS </w:t>
      </w:r>
      <w:r w:rsidR="00E84404">
        <w:rPr>
          <w:rFonts w:ascii="ＭＳ 明朝" w:eastAsia="ＭＳ 明朝" w:hAnsi="ＭＳ 明朝" w:hint="eastAsia"/>
          <w:lang w:eastAsia="ja-JP"/>
        </w:rPr>
        <w:t>明朝</w:t>
      </w:r>
      <w:r w:rsidR="00E84404" w:rsidRPr="00E84404">
        <w:rPr>
          <w:rFonts w:ascii="ＭＳ 明朝" w:eastAsia="ＭＳ 明朝" w:hAnsi="ＭＳ 明朝" w:hint="eastAsia"/>
          <w:lang w:eastAsia="ja-JP"/>
        </w:rPr>
        <w:t>です</w:t>
      </w:r>
      <w:r w:rsidR="00E84404">
        <w:rPr>
          <w:rFonts w:ascii="ＭＳ 明朝" w:eastAsia="ＭＳ 明朝" w:hAnsi="ＭＳ 明朝" w:hint="eastAsia"/>
          <w:lang w:eastAsia="ja-JP"/>
        </w:rPr>
        <w:t>。見出しの大きさ、フォントは自由です。）</w:t>
      </w:r>
      <w:r w:rsidR="003A19EB" w:rsidRPr="00E84404">
        <w:rPr>
          <w:rFonts w:ascii="ＭＳ 明朝" w:eastAsia="ＭＳ 明朝" w:hAnsi="ＭＳ 明朝"/>
          <w:lang w:eastAsia="ja-JP"/>
        </w:rPr>
        <w:br/>
      </w:r>
      <w:r w:rsidR="00E84404">
        <w:rPr>
          <w:rFonts w:ascii="ＭＳ 明朝" w:eastAsia="ＭＳ 明朝" w:hAnsi="ＭＳ 明朝" w:hint="eastAsia"/>
          <w:lang w:eastAsia="ja-JP"/>
        </w:rPr>
        <w:t>（ページ数はこの表紙ページを含めて最大で４ページです。）</w:t>
      </w:r>
      <w:r w:rsidR="003A19EB" w:rsidRPr="00E84404">
        <w:rPr>
          <w:rFonts w:ascii="ＭＳ 明朝" w:eastAsia="ＭＳ 明朝" w:hAnsi="ＭＳ 明朝"/>
          <w:lang w:eastAsia="ja-JP"/>
        </w:rPr>
        <w:br/>
      </w:r>
      <w:r w:rsidR="00E84404">
        <w:rPr>
          <w:rFonts w:ascii="ＭＳ 明朝" w:eastAsia="ＭＳ 明朝" w:hAnsi="ＭＳ 明朝" w:hint="eastAsia"/>
          <w:lang w:eastAsia="ja-JP"/>
        </w:rPr>
        <w:t>（本文記載の際は、こちらの４行は消してください。）</w:t>
      </w:r>
      <w:r w:rsidR="003A19EB" w:rsidRPr="00E84404">
        <w:rPr>
          <w:rFonts w:ascii="ＭＳ 明朝" w:eastAsia="ＭＳ 明朝" w:hAnsi="ＭＳ 明朝"/>
          <w:lang w:eastAsia="ja-JP"/>
        </w:rPr>
        <w:br/>
      </w:r>
      <w:r w:rsidR="003A19EB" w:rsidRPr="00E84404">
        <w:rPr>
          <w:rFonts w:ascii="ＭＳ 明朝" w:eastAsia="ＭＳ 明朝" w:hAnsi="ＭＳ 明朝"/>
          <w:lang w:eastAsia="ja-JP"/>
        </w:rPr>
        <w:br/>
      </w:r>
      <w:r w:rsidR="00E35341">
        <w:rPr>
          <w:rFonts w:ascii="ＭＳ 明朝" w:eastAsia="ＭＳ 明朝" w:hAnsi="ＭＳ 明朝"/>
          <w:lang w:eastAsia="ja-JP"/>
        </w:rPr>
        <w:br/>
      </w:r>
      <w:r w:rsidR="00E35341">
        <w:rPr>
          <w:rFonts w:ascii="ＭＳ 明朝" w:eastAsia="ＭＳ 明朝" w:hAnsi="ＭＳ 明朝"/>
          <w:lang w:eastAsia="ja-JP"/>
        </w:rPr>
        <w:br/>
      </w:r>
      <w:r w:rsidR="00E35341">
        <w:rPr>
          <w:rFonts w:ascii="ＭＳ 明朝" w:eastAsia="ＭＳ 明朝" w:hAnsi="ＭＳ 明朝"/>
          <w:lang w:eastAsia="ja-JP"/>
        </w:rPr>
        <w:br/>
      </w:r>
      <w:r w:rsidR="00E35341">
        <w:rPr>
          <w:rFonts w:ascii="ＭＳ 明朝" w:eastAsia="ＭＳ 明朝" w:hAnsi="ＭＳ 明朝"/>
          <w:lang w:eastAsia="ja-JP"/>
        </w:rPr>
        <w:br/>
      </w:r>
      <w:r w:rsidR="00E35341">
        <w:rPr>
          <w:rFonts w:ascii="ＭＳ 明朝" w:eastAsia="ＭＳ 明朝" w:hAnsi="ＭＳ 明朝"/>
          <w:lang w:eastAsia="ja-JP"/>
        </w:rPr>
        <w:br/>
      </w:r>
      <w:r w:rsidR="00E35341">
        <w:rPr>
          <w:rFonts w:ascii="ＭＳ 明朝" w:eastAsia="ＭＳ 明朝" w:hAnsi="ＭＳ 明朝"/>
          <w:lang w:eastAsia="ja-JP"/>
        </w:rPr>
        <w:br/>
      </w:r>
      <w:r w:rsidR="003A19EB" w:rsidRPr="00E84404">
        <w:rPr>
          <w:rFonts w:ascii="ＭＳ 明朝" w:eastAsia="ＭＳ 明朝" w:hAnsi="ＭＳ 明朝"/>
          <w:lang w:eastAsia="ja-JP"/>
        </w:rPr>
        <w:br/>
      </w:r>
      <w:r w:rsidR="003A19EB" w:rsidRPr="00E84404">
        <w:rPr>
          <w:rFonts w:ascii="ＭＳ 明朝" w:eastAsia="ＭＳ 明朝" w:hAnsi="ＭＳ 明朝"/>
          <w:lang w:eastAsia="ja-JP"/>
        </w:rPr>
        <w:br/>
      </w:r>
      <w:r w:rsidR="003A19EB" w:rsidRPr="00E84404">
        <w:rPr>
          <w:rFonts w:ascii="ＭＳ 明朝" w:eastAsia="ＭＳ 明朝" w:hAnsi="ＭＳ 明朝"/>
          <w:lang w:eastAsia="ja-JP"/>
        </w:rPr>
        <w:br/>
      </w:r>
      <w:r w:rsidR="003A19EB" w:rsidRPr="00E84404">
        <w:rPr>
          <w:rFonts w:ascii="ＭＳ 明朝" w:eastAsia="ＭＳ 明朝" w:hAnsi="ＭＳ 明朝"/>
          <w:lang w:eastAsia="ja-JP"/>
        </w:rPr>
        <w:br/>
      </w:r>
    </w:p>
    <w:p w14:paraId="21A389DB" w14:textId="77777777" w:rsidR="001A6450" w:rsidRPr="00E84404" w:rsidRDefault="001A6450">
      <w:pPr>
        <w:rPr>
          <w:rFonts w:ascii="ＭＳ 明朝" w:eastAsia="ＭＳ 明朝" w:hAnsi="ＭＳ 明朝"/>
          <w:lang w:eastAsia="ja-JP"/>
        </w:rPr>
      </w:pPr>
    </w:p>
    <w:p w14:paraId="1AC3931E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16091971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06B2C5E8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42A8AC13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77B3A9AC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6FB2597A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5CE5B224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781DB8AC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3DF1C42C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313E792E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6B6BED5D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4AB034BA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p w14:paraId="0D1D1FAC" w14:textId="77777777" w:rsidR="00E84404" w:rsidRPr="00E84404" w:rsidRDefault="00E84404">
      <w:pPr>
        <w:rPr>
          <w:rFonts w:ascii="ＭＳ 明朝" w:eastAsia="ＭＳ 明朝" w:hAnsi="ＭＳ 明朝"/>
          <w:lang w:eastAsia="ja-JP"/>
        </w:rPr>
      </w:pPr>
    </w:p>
    <w:sectPr w:rsidR="00E84404" w:rsidRPr="00E84404" w:rsidSect="00E8440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D5B89" w14:textId="77777777" w:rsidR="00751FCF" w:rsidRDefault="00751FCF">
      <w:pPr>
        <w:spacing w:after="0" w:line="240" w:lineRule="auto"/>
      </w:pPr>
      <w:r>
        <w:separator/>
      </w:r>
    </w:p>
  </w:endnote>
  <w:endnote w:type="continuationSeparator" w:id="0">
    <w:p w14:paraId="020B0681" w14:textId="77777777" w:rsidR="00751FCF" w:rsidRDefault="00751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f"/>
      </w:rPr>
      <w:id w:val="-1586068971"/>
      <w:docPartObj>
        <w:docPartGallery w:val="Page Numbers (Bottom of Page)"/>
        <w:docPartUnique/>
      </w:docPartObj>
    </w:sdtPr>
    <w:sdtContent>
      <w:p w14:paraId="54573220" w14:textId="661ACF02" w:rsidR="00E84404" w:rsidRDefault="00E84404" w:rsidP="009F4460">
        <w:pPr>
          <w:pStyle w:val="a7"/>
          <w:framePr w:wrap="none" w:vAnchor="text" w:hAnchor="margin" w:xAlign="center" w:y="1"/>
          <w:rPr>
            <w:rStyle w:val="aff"/>
          </w:rPr>
        </w:pPr>
        <w:r>
          <w:rPr>
            <w:rStyle w:val="aff"/>
          </w:rPr>
          <w:fldChar w:fldCharType="begin"/>
        </w:r>
        <w:r>
          <w:rPr>
            <w:rStyle w:val="aff"/>
          </w:rPr>
          <w:instrText xml:space="preserve"> PAGE </w:instrText>
        </w:r>
        <w:r>
          <w:rPr>
            <w:rStyle w:val="aff"/>
          </w:rPr>
          <w:fldChar w:fldCharType="separate"/>
        </w:r>
        <w:r>
          <w:rPr>
            <w:rStyle w:val="aff"/>
            <w:noProof/>
          </w:rPr>
          <w:t>2</w:t>
        </w:r>
        <w:r>
          <w:rPr>
            <w:rStyle w:val="aff"/>
          </w:rPr>
          <w:fldChar w:fldCharType="end"/>
        </w:r>
      </w:p>
    </w:sdtContent>
  </w:sdt>
  <w:p w14:paraId="318C9377" w14:textId="77777777" w:rsidR="00E84404" w:rsidRDefault="00E8440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f"/>
      </w:rPr>
      <w:id w:val="-1846930840"/>
      <w:docPartObj>
        <w:docPartGallery w:val="Page Numbers (Bottom of Page)"/>
        <w:docPartUnique/>
      </w:docPartObj>
    </w:sdtPr>
    <w:sdtContent>
      <w:p w14:paraId="4DD68E86" w14:textId="2DB5941C" w:rsidR="00E84404" w:rsidRDefault="00E84404" w:rsidP="009F4460">
        <w:pPr>
          <w:pStyle w:val="a7"/>
          <w:framePr w:wrap="none" w:vAnchor="text" w:hAnchor="margin" w:xAlign="center" w:y="1"/>
          <w:rPr>
            <w:rStyle w:val="aff"/>
          </w:rPr>
        </w:pPr>
        <w:r>
          <w:rPr>
            <w:rStyle w:val="aff"/>
          </w:rPr>
          <w:fldChar w:fldCharType="begin"/>
        </w:r>
        <w:r>
          <w:rPr>
            <w:rStyle w:val="aff"/>
          </w:rPr>
          <w:instrText xml:space="preserve"> PAGE </w:instrText>
        </w:r>
        <w:r>
          <w:rPr>
            <w:rStyle w:val="aff"/>
          </w:rPr>
          <w:fldChar w:fldCharType="separate"/>
        </w:r>
        <w:r>
          <w:rPr>
            <w:rStyle w:val="aff"/>
            <w:noProof/>
          </w:rPr>
          <w:t>1</w:t>
        </w:r>
        <w:r>
          <w:rPr>
            <w:rStyle w:val="aff"/>
          </w:rPr>
          <w:fldChar w:fldCharType="end"/>
        </w:r>
      </w:p>
    </w:sdtContent>
  </w:sdt>
  <w:p w14:paraId="2479A2D9" w14:textId="2D847704" w:rsidR="001A6450" w:rsidRDefault="001A6450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FF3B9" w14:textId="77777777" w:rsidR="00751FCF" w:rsidRDefault="00751FCF">
      <w:pPr>
        <w:spacing w:after="0" w:line="240" w:lineRule="auto"/>
      </w:pPr>
      <w:r>
        <w:separator/>
      </w:r>
    </w:p>
  </w:footnote>
  <w:footnote w:type="continuationSeparator" w:id="0">
    <w:p w14:paraId="7E7DEA10" w14:textId="77777777" w:rsidR="00751FCF" w:rsidRDefault="00751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9995F" w14:textId="49396E1A" w:rsidR="00E84404" w:rsidRPr="00E84404" w:rsidRDefault="00E84404" w:rsidP="00E84404">
    <w:pPr>
      <w:pStyle w:val="a5"/>
      <w:rPr>
        <w:sz w:val="16"/>
        <w:szCs w:val="16"/>
        <w:lang w:eastAsia="ja-JP"/>
      </w:rPr>
    </w:pPr>
    <w:r w:rsidRPr="00E84404">
      <w:rPr>
        <w:sz w:val="16"/>
        <w:szCs w:val="16"/>
        <w:lang w:eastAsia="ja-JP"/>
      </w:rPr>
      <w:t>第</w:t>
    </w:r>
    <w:r w:rsidR="00706D1E">
      <w:rPr>
        <w:rFonts w:hint="eastAsia"/>
        <w:sz w:val="16"/>
        <w:szCs w:val="16"/>
        <w:lang w:eastAsia="ja-JP"/>
      </w:rPr>
      <w:t>１０</w:t>
    </w:r>
    <w:r w:rsidRPr="00E84404">
      <w:rPr>
        <w:sz w:val="16"/>
        <w:szCs w:val="16"/>
        <w:lang w:eastAsia="ja-JP"/>
      </w:rPr>
      <w:t>回</w:t>
    </w:r>
    <w:r w:rsidRPr="00E84404">
      <w:rPr>
        <w:rFonts w:hint="eastAsia"/>
        <w:sz w:val="16"/>
        <w:szCs w:val="16"/>
        <w:lang w:eastAsia="ja-JP"/>
      </w:rPr>
      <w:t xml:space="preserve">　</w:t>
    </w:r>
    <w:r w:rsidRPr="00E84404">
      <w:rPr>
        <w:sz w:val="16"/>
        <w:szCs w:val="16"/>
        <w:lang w:eastAsia="ja-JP"/>
      </w:rPr>
      <w:t>あいち介護サービス大賞</w:t>
    </w:r>
  </w:p>
  <w:p w14:paraId="19806AF3" w14:textId="77777777" w:rsidR="00E84404" w:rsidRDefault="00E84404">
    <w:pPr>
      <w:pStyle w:val="a5"/>
      <w:rPr>
        <w:lang w:eastAsia="ja-JP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22F6D" w14:textId="271D0FC7" w:rsidR="001A6450" w:rsidRPr="00E84404" w:rsidRDefault="00000000">
    <w:pPr>
      <w:pStyle w:val="a5"/>
      <w:jc w:val="right"/>
      <w:rPr>
        <w:sz w:val="16"/>
        <w:szCs w:val="16"/>
        <w:lang w:eastAsia="ja-JP"/>
      </w:rPr>
    </w:pPr>
    <w:r w:rsidRPr="00E84404">
      <w:rPr>
        <w:sz w:val="16"/>
        <w:szCs w:val="16"/>
        <w:lang w:eastAsia="ja-JP"/>
      </w:rPr>
      <w:t>第</w:t>
    </w:r>
    <w:r w:rsidR="00706D1E">
      <w:rPr>
        <w:rFonts w:hint="eastAsia"/>
        <w:sz w:val="16"/>
        <w:szCs w:val="16"/>
        <w:lang w:eastAsia="ja-JP"/>
      </w:rPr>
      <w:t>１０</w:t>
    </w:r>
    <w:r w:rsidRPr="00E84404">
      <w:rPr>
        <w:sz w:val="16"/>
        <w:szCs w:val="16"/>
        <w:lang w:eastAsia="ja-JP"/>
      </w:rPr>
      <w:t>回</w:t>
    </w:r>
    <w:r w:rsidR="00E84404" w:rsidRPr="00E84404">
      <w:rPr>
        <w:rFonts w:hint="eastAsia"/>
        <w:sz w:val="16"/>
        <w:szCs w:val="16"/>
        <w:lang w:eastAsia="ja-JP"/>
      </w:rPr>
      <w:t xml:space="preserve">　</w:t>
    </w:r>
    <w:r w:rsidRPr="00E84404">
      <w:rPr>
        <w:sz w:val="16"/>
        <w:szCs w:val="16"/>
        <w:lang w:eastAsia="ja-JP"/>
      </w:rPr>
      <w:t>あいち介護サービス大賞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38261366">
    <w:abstractNumId w:val="8"/>
  </w:num>
  <w:num w:numId="2" w16cid:durableId="279604146">
    <w:abstractNumId w:val="6"/>
  </w:num>
  <w:num w:numId="3" w16cid:durableId="326174213">
    <w:abstractNumId w:val="5"/>
  </w:num>
  <w:num w:numId="4" w16cid:durableId="1244606421">
    <w:abstractNumId w:val="4"/>
  </w:num>
  <w:num w:numId="5" w16cid:durableId="1550457915">
    <w:abstractNumId w:val="7"/>
  </w:num>
  <w:num w:numId="6" w16cid:durableId="713700732">
    <w:abstractNumId w:val="3"/>
  </w:num>
  <w:num w:numId="7" w16cid:durableId="1368482094">
    <w:abstractNumId w:val="2"/>
  </w:num>
  <w:num w:numId="8" w16cid:durableId="1279950591">
    <w:abstractNumId w:val="1"/>
  </w:num>
  <w:num w:numId="9" w16cid:durableId="445076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bordersDoNotSurroundHeader/>
  <w:bordersDoNotSurroundFooter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6450"/>
    <w:rsid w:val="0029639D"/>
    <w:rsid w:val="00326F90"/>
    <w:rsid w:val="003A19EB"/>
    <w:rsid w:val="00465577"/>
    <w:rsid w:val="00706D1E"/>
    <w:rsid w:val="00713D4C"/>
    <w:rsid w:val="00751FCF"/>
    <w:rsid w:val="00865CF7"/>
    <w:rsid w:val="008E5078"/>
    <w:rsid w:val="00AA1D8D"/>
    <w:rsid w:val="00B47730"/>
    <w:rsid w:val="00CB0664"/>
    <w:rsid w:val="00E35341"/>
    <w:rsid w:val="00E84404"/>
    <w:rsid w:val="00E912F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A0713E"/>
  <w14:defaultImageDpi w14:val="300"/>
  <w15:docId w15:val="{E55A4A80-553B-EE4C-8435-7A333AF47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ＭＳ ゴシック" w:eastAsia="ＭＳ ゴシック" w:hAnsi="ＭＳ ゴシック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ＭＳ 明朝" w:hAnsi="ＭＳ 明朝"/>
      <w:sz w:val="12"/>
    </w:r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">
    <w:name w:val="page number"/>
    <w:basedOn w:val="a2"/>
    <w:uiPriority w:val="99"/>
    <w:semiHidden/>
    <w:unhideWhenUsed/>
    <w:rsid w:val="00E84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34</Words>
  <Characters>194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福祉評価推進事業団　佐々木</cp:lastModifiedBy>
  <cp:revision>5</cp:revision>
  <dcterms:created xsi:type="dcterms:W3CDTF">2013-12-23T23:15:00Z</dcterms:created>
  <dcterms:modified xsi:type="dcterms:W3CDTF">2026-06-16T04:44:00Z</dcterms:modified>
  <cp:category/>
</cp:coreProperties>
</file>