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46"/>
      </w:tblGrid>
      <w:tr w:rsidR="00646A92" w14:paraId="5A7EDECB" w14:textId="77777777" w:rsidTr="008D6BAE">
        <w:trPr>
          <w:jc w:val="center"/>
        </w:trPr>
        <w:tc>
          <w:tcPr>
            <w:tcW w:w="10546" w:type="dxa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1B099AA8" w14:textId="77777777" w:rsidR="00646A92" w:rsidRPr="008D6BAE" w:rsidRDefault="00000000">
            <w:pPr>
              <w:jc w:val="center"/>
              <w:rPr>
                <w:rFonts w:ascii="A-OTF ゴシックMB101 Pro U" w:eastAsia="A-OTF ゴシックMB101 Pro U" w:hAnsi="A-OTF ゴシックMB101 Pro U"/>
                <w:b/>
                <w:bCs/>
                <w:lang w:eastAsia="ja-JP"/>
              </w:rPr>
            </w:pPr>
            <w:r w:rsidRPr="008D6BAE">
              <w:rPr>
                <w:rFonts w:ascii="A-OTF ゴシックMB101 Pro U" w:eastAsia="A-OTF ゴシックMB101 Pro U" w:hAnsi="A-OTF ゴシックMB101 Pro U"/>
                <w:b/>
                <w:bCs/>
                <w:sz w:val="34"/>
                <w:lang w:eastAsia="ja-JP"/>
              </w:rPr>
              <w:t>みなさまの「工夫」や「がんばり」を募集しています！</w:t>
            </w:r>
          </w:p>
        </w:tc>
      </w:tr>
    </w:tbl>
    <w:p w14:paraId="65264964" w14:textId="4C839182" w:rsidR="00646A92" w:rsidRDefault="008D6BAE">
      <w:pPr>
        <w:spacing w:after="60"/>
        <w:jc w:val="center"/>
        <w:rPr>
          <w:rFonts w:hint="eastAsia"/>
          <w:lang w:eastAsia="ja-JP"/>
        </w:rPr>
      </w:pPr>
      <w:r>
        <w:rPr>
          <w:rFonts w:hint="eastAsia"/>
          <w:noProof/>
          <w:lang w:eastAsia="ja-JP"/>
        </w:rPr>
        <w:drawing>
          <wp:inline distT="0" distB="0" distL="0" distR="0" wp14:anchorId="6E71FA58" wp14:editId="506C9876">
            <wp:extent cx="6696710" cy="2793365"/>
            <wp:effectExtent l="0" t="0" r="0" b="635"/>
            <wp:docPr id="49566437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664372" name="図 49566437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96710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8731"/>
      </w:tblGrid>
      <w:tr w:rsidR="00646A92" w14:paraId="5C145045" w14:textId="77777777">
        <w:trPr>
          <w:jc w:val="center"/>
        </w:trPr>
        <w:tc>
          <w:tcPr>
            <w:tcW w:w="1814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8DA715A" w14:textId="77777777" w:rsidR="00646A92" w:rsidRDefault="00000000">
            <w:pPr>
              <w:jc w:val="center"/>
            </w:pPr>
            <w:proofErr w:type="spellStart"/>
            <w:r>
              <w:rPr>
                <w:b/>
                <w:sz w:val="19"/>
              </w:rPr>
              <w:t>発表会日時</w:t>
            </w:r>
            <w:proofErr w:type="spellEnd"/>
          </w:p>
        </w:tc>
        <w:tc>
          <w:tcPr>
            <w:tcW w:w="8731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F3B2C03" w14:textId="77777777" w:rsidR="00646A92" w:rsidRDefault="00000000">
            <w:r>
              <w:rPr>
                <w:b/>
                <w:sz w:val="21"/>
              </w:rPr>
              <w:t>令和8年</w:t>
            </w:r>
            <w:r w:rsidRPr="008D6BAE">
              <w:rPr>
                <w:b/>
                <w:bCs/>
                <w:sz w:val="28"/>
                <w:szCs w:val="28"/>
              </w:rPr>
              <w:t>10月7日（水）</w:t>
            </w:r>
            <w:r>
              <w:rPr>
                <w:b/>
                <w:sz w:val="21"/>
              </w:rPr>
              <w:t xml:space="preserve"> 午後1時〜午後5時</w:t>
            </w:r>
          </w:p>
        </w:tc>
      </w:tr>
      <w:tr w:rsidR="00646A92" w14:paraId="02ED4C20" w14:textId="77777777">
        <w:trPr>
          <w:jc w:val="center"/>
        </w:trPr>
        <w:tc>
          <w:tcPr>
            <w:tcW w:w="1814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2585776" w14:textId="77777777" w:rsidR="00646A92" w:rsidRDefault="00000000">
            <w:pPr>
              <w:jc w:val="center"/>
            </w:pPr>
            <w:r>
              <w:rPr>
                <w:b/>
                <w:sz w:val="19"/>
              </w:rPr>
              <w:t>会場</w:t>
            </w:r>
          </w:p>
        </w:tc>
        <w:tc>
          <w:tcPr>
            <w:tcW w:w="8731" w:type="dxa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2200F06" w14:textId="77777777" w:rsidR="00646A92" w:rsidRDefault="00000000">
            <w:pPr>
              <w:rPr>
                <w:lang w:eastAsia="ja-JP"/>
              </w:rPr>
            </w:pPr>
            <w:r>
              <w:rPr>
                <w:b/>
                <w:sz w:val="21"/>
                <w:lang w:eastAsia="ja-JP"/>
              </w:rPr>
              <w:t>オアシス21 銀河の広場（地下鉄東山線・名城線　栄駅　直結）</w:t>
            </w:r>
          </w:p>
        </w:tc>
      </w:tr>
    </w:tbl>
    <w:p w14:paraId="648E0D2A" w14:textId="77777777" w:rsidR="00646A92" w:rsidRDefault="00000000">
      <w:pPr>
        <w:spacing w:before="60" w:after="20"/>
        <w:jc w:val="center"/>
      </w:pPr>
      <w:r>
        <w:rPr>
          <w:b/>
          <w:sz w:val="20"/>
        </w:rPr>
        <w:t>〜第10回募集テーマ〜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46"/>
      </w:tblGrid>
      <w:tr w:rsidR="00646A92" w14:paraId="4EA72DA1" w14:textId="77777777">
        <w:trPr>
          <w:trHeight w:val="454"/>
          <w:jc w:val="center"/>
        </w:trPr>
        <w:tc>
          <w:tcPr>
            <w:tcW w:w="10546" w:type="dxa"/>
            <w:shd w:val="clear" w:color="auto" w:fill="000000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89BDE2D" w14:textId="77777777" w:rsidR="00646A92" w:rsidRPr="008D6BAE" w:rsidRDefault="00000000">
            <w:pPr>
              <w:jc w:val="center"/>
              <w:rPr>
                <w:rFonts w:ascii="A-OTF じゅん Pro 501" w:eastAsia="A-OTF じゅん Pro 501" w:hAnsi="A-OTF じゅん Pro 501"/>
                <w:b/>
                <w:bCs/>
                <w:lang w:eastAsia="ja-JP"/>
              </w:rPr>
            </w:pPr>
            <w:r w:rsidRPr="008D6BAE">
              <w:rPr>
                <w:rFonts w:ascii="A-OTF じゅん Pro 501" w:eastAsia="A-OTF じゅん Pro 501" w:hAnsi="A-OTF じゅん Pro 501"/>
                <w:b/>
                <w:bCs/>
                <w:color w:val="FFFFFF"/>
                <w:sz w:val="34"/>
                <w:lang w:eastAsia="ja-JP"/>
              </w:rPr>
              <w:t>利用者のために工夫していること</w:t>
            </w:r>
          </w:p>
        </w:tc>
      </w:tr>
    </w:tbl>
    <w:p w14:paraId="7E8E45B0" w14:textId="77777777" w:rsidR="00646A92" w:rsidRPr="008D6BAE" w:rsidRDefault="00000000">
      <w:pPr>
        <w:spacing w:before="20" w:after="40"/>
        <w:jc w:val="center"/>
        <w:rPr>
          <w:b/>
          <w:sz w:val="20"/>
          <w:szCs w:val="20"/>
          <w:lang w:eastAsia="ja-JP"/>
        </w:rPr>
      </w:pPr>
      <w:r w:rsidRPr="008D6BAE">
        <w:rPr>
          <w:b/>
          <w:sz w:val="20"/>
          <w:szCs w:val="20"/>
          <w:lang w:eastAsia="ja-JP"/>
        </w:rPr>
        <w:t>〜利用者満足度向上につながる工夫、独自の取組み、ICT活用・業務効率化など〜</w:t>
      </w:r>
    </w:p>
    <w:p w14:paraId="36BF935E" w14:textId="77777777" w:rsidR="008D6BAE" w:rsidRDefault="008D6BAE">
      <w:pPr>
        <w:spacing w:before="20" w:after="40"/>
        <w:jc w:val="center"/>
        <w:rPr>
          <w:rFonts w:hint="eastAsia"/>
          <w:lang w:eastAsia="ja-JP"/>
        </w:rPr>
      </w:pPr>
    </w:p>
    <w:p w14:paraId="331466BA" w14:textId="77777777" w:rsidR="00646A92" w:rsidRPr="008D6BAE" w:rsidRDefault="00000000">
      <w:pPr>
        <w:spacing w:after="60"/>
        <w:jc w:val="center"/>
        <w:rPr>
          <w:sz w:val="22"/>
          <w:lang w:eastAsia="ja-JP"/>
        </w:rPr>
      </w:pPr>
      <w:r w:rsidRPr="008D6BAE">
        <w:rPr>
          <w:b/>
          <w:sz w:val="22"/>
          <w:lang w:eastAsia="ja-JP"/>
        </w:rPr>
        <w:t>「現場での取組」「他との差別化」先進的な取組みをされている事業所さま、是非ご応募ください。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46"/>
        <w:gridCol w:w="20"/>
      </w:tblGrid>
      <w:tr w:rsidR="00646A92" w14:paraId="46097756" w14:textId="77777777">
        <w:trPr>
          <w:trHeight w:val="397"/>
          <w:jc w:val="center"/>
        </w:trPr>
        <w:tc>
          <w:tcPr>
            <w:tcW w:w="10546" w:type="dxa"/>
            <w:gridSpan w:val="2"/>
            <w:shd w:val="clear" w:color="auto" w:fill="000000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0B5B5BA" w14:textId="77777777" w:rsidR="00646A92" w:rsidRDefault="00000000">
            <w:pPr>
              <w:jc w:val="center"/>
              <w:rPr>
                <w:lang w:eastAsia="ja-JP"/>
              </w:rPr>
            </w:pPr>
            <w:r>
              <w:rPr>
                <w:b/>
                <w:color w:val="FFFFFF"/>
                <w:sz w:val="27"/>
                <w:lang w:eastAsia="ja-JP"/>
              </w:rPr>
              <w:t>まずは7月31日（金）までにFAXをお送りください　FAX 052-732-6689</w:t>
            </w:r>
          </w:p>
        </w:tc>
      </w:tr>
      <w:tr w:rsidR="00646A92" w14:paraId="682EFF4A" w14:textId="7777777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20" w:type="dxa"/>
          <w:jc w:val="center"/>
        </w:trPr>
        <w:tc>
          <w:tcPr>
            <w:tcW w:w="10546" w:type="dxa"/>
            <w:tcMar>
              <w:top w:w="90" w:type="dxa"/>
              <w:left w:w="130" w:type="dxa"/>
              <w:bottom w:w="80" w:type="dxa"/>
              <w:right w:w="130" w:type="dxa"/>
            </w:tcMar>
          </w:tcPr>
          <w:p w14:paraId="0AB538CD" w14:textId="77777777" w:rsidR="00646A92" w:rsidRPr="008D6BAE" w:rsidRDefault="00000000">
            <w:pPr>
              <w:spacing w:after="40"/>
              <w:rPr>
                <w:szCs w:val="18"/>
                <w:lang w:eastAsia="ja-JP"/>
              </w:rPr>
            </w:pPr>
            <w:r w:rsidRPr="008D6BAE">
              <w:rPr>
                <w:b/>
                <w:szCs w:val="18"/>
                <w:lang w:eastAsia="ja-JP"/>
              </w:rPr>
              <w:t xml:space="preserve">申込方法　</w:t>
            </w:r>
            <w:r w:rsidRPr="008D6BAE">
              <w:rPr>
                <w:szCs w:val="18"/>
                <w:lang w:eastAsia="ja-JP"/>
              </w:rPr>
              <w:t>愛知県内で介護サービス事業所を運営している事業所さまを対象としています。まずは下記応募申込書に必要事項をご記入のうえ、</w:t>
            </w:r>
            <w:r w:rsidRPr="008D6BAE">
              <w:rPr>
                <w:b/>
                <w:bCs/>
                <w:szCs w:val="18"/>
                <w:lang w:eastAsia="ja-JP"/>
              </w:rPr>
              <w:t>7月31日（金）までに事務局へFAX</w:t>
            </w:r>
            <w:r w:rsidRPr="008D6BAE">
              <w:rPr>
                <w:szCs w:val="18"/>
                <w:lang w:eastAsia="ja-JP"/>
              </w:rPr>
              <w:t>をお送りください。その後、事務局からお送りする「演題申込書」に必要事項をご記入のうえ、発表資料（A4サイズ4ページ程度　抄録掲載予定原稿）とともに令和8年8月17日（月）必着で事務局までメールにてご提出ください。厳正な審査を行い、8事業所の当日壇上発表者（入賞者）を選考します。選考結果等は9月初旬ごろ入賞者にお知らせいたします。入賞事業所は10月7日当日発表するプレゼン資料（パワーポイントや動画等）をご準備いただきます。</w:t>
            </w:r>
          </w:p>
          <w:p w14:paraId="6550CF56" w14:textId="77777777" w:rsidR="00646A92" w:rsidRDefault="00000000">
            <w:pPr>
              <w:spacing w:before="40"/>
              <w:rPr>
                <w:lang w:eastAsia="ja-JP"/>
              </w:rPr>
            </w:pPr>
            <w:r w:rsidRPr="008D6BAE">
              <w:rPr>
                <w:b/>
                <w:szCs w:val="18"/>
                <w:lang w:eastAsia="ja-JP"/>
              </w:rPr>
              <w:t xml:space="preserve">発表方法　</w:t>
            </w:r>
            <w:r w:rsidRPr="008D6BAE">
              <w:rPr>
                <w:szCs w:val="18"/>
                <w:lang w:eastAsia="ja-JP"/>
              </w:rPr>
              <w:t>それぞれの発表前にまずは事業所の概要を紹介するVTRを来場者に観ていただきます。その後10分程度の時間を使い、パワーポイントや動画等を使ったプレゼンテーションを行っていただきます。全ての演題の発表が終わり次第、当日来場者等による投票を行います。投票の結果、一番多くの票を集めた発表者を大賞とし表彰します。大賞事業所にはトロフィーや賞状のほか賞金10万円と副賞を、入賞者には賞金3万円を贈呈、さらに後日愛知県知事への表敬訪問（愛知県公館での写真撮影を含む）を予定しています。</w:t>
            </w:r>
          </w:p>
        </w:tc>
      </w:tr>
    </w:tbl>
    <w:p w14:paraId="6E04AD0C" w14:textId="64702537" w:rsidR="00646A92" w:rsidRDefault="008D6BAE" w:rsidP="008D6BAE">
      <w:pPr>
        <w:spacing w:before="40" w:after="20"/>
        <w:jc w:val="center"/>
        <w:rPr>
          <w:rFonts w:hint="eastAsia"/>
          <w:lang w:eastAsia="ja-JP"/>
        </w:rPr>
      </w:pPr>
      <w:r>
        <w:rPr>
          <w:rFonts w:hint="eastAsia"/>
          <w:b/>
          <w:sz w:val="19"/>
          <w:lang w:eastAsia="ja-JP"/>
        </w:rPr>
        <w:t>お問い合わせ：</w:t>
      </w:r>
      <w:r w:rsidR="00000000">
        <w:rPr>
          <w:b/>
          <w:sz w:val="19"/>
          <w:lang w:eastAsia="ja-JP"/>
        </w:rPr>
        <w:t>一般社団法人福祉評価推進事業団 事務局</w:t>
      </w:r>
      <w:r>
        <w:rPr>
          <w:rFonts w:hint="eastAsia"/>
          <w:b/>
          <w:sz w:val="19"/>
          <w:lang w:eastAsia="ja-JP"/>
        </w:rPr>
        <w:t xml:space="preserve">（担当：佐々木　</w:t>
      </w:r>
      <w:r>
        <w:rPr>
          <w:b/>
          <w:sz w:val="19"/>
          <w:lang w:eastAsia="ja-JP"/>
        </w:rPr>
        <w:t>090-3150-7464</w:t>
      </w:r>
      <w:r>
        <w:rPr>
          <w:rFonts w:hint="eastAsia"/>
          <w:b/>
          <w:sz w:val="19"/>
          <w:lang w:eastAsia="ja-JP"/>
        </w:rPr>
        <w:t>）</w:t>
      </w:r>
    </w:p>
    <w:p w14:paraId="446F862B" w14:textId="41322B22" w:rsidR="00646A92" w:rsidRDefault="00000000">
      <w:pPr>
        <w:spacing w:before="20" w:after="20"/>
        <w:rPr>
          <w:lang w:eastAsia="ja-JP"/>
        </w:rPr>
      </w:pPr>
      <w:r>
        <w:rPr>
          <w:b/>
          <w:sz w:val="28"/>
          <w:lang w:eastAsia="ja-JP"/>
        </w:rPr>
        <w:t>応募申込書</w:t>
      </w:r>
      <w:r>
        <w:rPr>
          <w:b/>
          <w:sz w:val="20"/>
          <w:lang w:eastAsia="ja-JP"/>
        </w:rPr>
        <w:t xml:space="preserve">　まずは7月31日（金）までにFAXをお送りください　</w:t>
      </w:r>
      <w:r>
        <w:rPr>
          <w:b/>
          <w:sz w:val="32"/>
          <w:lang w:eastAsia="ja-JP"/>
        </w:rPr>
        <w:t>FAX 052-732-6689</w:t>
      </w:r>
    </w:p>
    <w:tbl>
      <w:tblPr>
        <w:tblW w:w="0" w:type="auto"/>
        <w:jc w:val="center"/>
        <w:tblBorders>
          <w:top w:val="single" w:sz="10" w:space="0" w:color="000000"/>
          <w:left w:val="single" w:sz="10" w:space="0" w:color="000000"/>
          <w:bottom w:val="single" w:sz="10" w:space="0" w:color="000000"/>
          <w:right w:val="single" w:sz="10" w:space="0" w:color="000000"/>
          <w:insideH w:val="single" w:sz="10" w:space="0" w:color="000000"/>
          <w:insideV w:val="single" w:sz="1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4"/>
        <w:gridCol w:w="3118"/>
        <w:gridCol w:w="2154"/>
        <w:gridCol w:w="3118"/>
      </w:tblGrid>
      <w:tr w:rsidR="00646A92" w14:paraId="357CB274" w14:textId="77777777" w:rsidTr="008D6BAE">
        <w:trPr>
          <w:trHeight w:val="241"/>
          <w:jc w:val="center"/>
        </w:trPr>
        <w:tc>
          <w:tcPr>
            <w:tcW w:w="21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7AED2D" w14:textId="77777777" w:rsidR="00646A92" w:rsidRDefault="00000000">
            <w:pPr>
              <w:jc w:val="center"/>
            </w:pPr>
            <w:proofErr w:type="spellStart"/>
            <w:r>
              <w:rPr>
                <w:b/>
                <w:sz w:val="21"/>
              </w:rPr>
              <w:t>事業所名</w:t>
            </w:r>
            <w:proofErr w:type="spellEnd"/>
          </w:p>
        </w:tc>
        <w:tc>
          <w:tcPr>
            <w:tcW w:w="8390" w:type="dxa"/>
            <w:gridSpan w:val="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E98ABF" w14:textId="77777777" w:rsidR="00646A92" w:rsidRDefault="00646A92"/>
        </w:tc>
      </w:tr>
      <w:tr w:rsidR="00646A92" w14:paraId="6218B297" w14:textId="77777777" w:rsidTr="008D6BAE">
        <w:trPr>
          <w:trHeight w:val="177"/>
          <w:jc w:val="center"/>
        </w:trPr>
        <w:tc>
          <w:tcPr>
            <w:tcW w:w="21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D6E9A8" w14:textId="0AA39906" w:rsidR="00646A92" w:rsidRDefault="00000000">
            <w:pPr>
              <w:jc w:val="center"/>
              <w:rPr>
                <w:rFonts w:hint="eastAsia"/>
                <w:lang w:eastAsia="ja-JP"/>
              </w:rPr>
            </w:pPr>
            <w:proofErr w:type="spellStart"/>
            <w:r>
              <w:rPr>
                <w:b/>
                <w:sz w:val="21"/>
              </w:rPr>
              <w:t>介護サービスの</w:t>
            </w:r>
            <w:proofErr w:type="spellEnd"/>
            <w:r w:rsidR="008D6BAE">
              <w:rPr>
                <w:rFonts w:hint="eastAsia"/>
                <w:b/>
                <w:sz w:val="21"/>
                <w:lang w:eastAsia="ja-JP"/>
              </w:rPr>
              <w:t>種別</w:t>
            </w:r>
          </w:p>
        </w:tc>
        <w:tc>
          <w:tcPr>
            <w:tcW w:w="8390" w:type="dxa"/>
            <w:gridSpan w:val="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ECE7985" w14:textId="77777777" w:rsidR="00646A92" w:rsidRDefault="00646A92"/>
        </w:tc>
      </w:tr>
      <w:tr w:rsidR="00646A92" w14:paraId="0B6000CB" w14:textId="77777777" w:rsidTr="008D6BAE">
        <w:trPr>
          <w:trHeight w:val="289"/>
          <w:jc w:val="center"/>
        </w:trPr>
        <w:tc>
          <w:tcPr>
            <w:tcW w:w="21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882B70" w14:textId="77777777" w:rsidR="00646A92" w:rsidRDefault="00000000">
            <w:pPr>
              <w:jc w:val="center"/>
            </w:pPr>
            <w:proofErr w:type="spellStart"/>
            <w:r>
              <w:rPr>
                <w:b/>
                <w:sz w:val="21"/>
              </w:rPr>
              <w:t>ご担当者氏名</w:t>
            </w:r>
            <w:proofErr w:type="spellEnd"/>
          </w:p>
        </w:tc>
        <w:tc>
          <w:tcPr>
            <w:tcW w:w="8390" w:type="dxa"/>
            <w:gridSpan w:val="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F746B2" w14:textId="77777777" w:rsidR="00646A92" w:rsidRDefault="00646A92"/>
        </w:tc>
      </w:tr>
      <w:tr w:rsidR="00646A92" w14:paraId="1D3752FB" w14:textId="77777777" w:rsidTr="008D6BAE">
        <w:trPr>
          <w:trHeight w:val="192"/>
          <w:jc w:val="center"/>
        </w:trPr>
        <w:tc>
          <w:tcPr>
            <w:tcW w:w="21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0B3553" w14:textId="77777777" w:rsidR="00646A92" w:rsidRDefault="00000000">
            <w:pPr>
              <w:jc w:val="center"/>
            </w:pPr>
            <w:proofErr w:type="spellStart"/>
            <w:r>
              <w:rPr>
                <w:b/>
                <w:sz w:val="21"/>
              </w:rPr>
              <w:t>電話番号</w:t>
            </w:r>
            <w:proofErr w:type="spellEnd"/>
          </w:p>
        </w:tc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09993B" w14:textId="77777777" w:rsidR="00646A92" w:rsidRDefault="00646A92"/>
        </w:tc>
        <w:tc>
          <w:tcPr>
            <w:tcW w:w="21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482B73" w14:textId="77777777" w:rsidR="00646A92" w:rsidRDefault="00000000">
            <w:pPr>
              <w:jc w:val="center"/>
            </w:pPr>
            <w:r>
              <w:rPr>
                <w:b/>
                <w:sz w:val="21"/>
              </w:rPr>
              <w:t>FAX番号</w:t>
            </w:r>
          </w:p>
        </w:tc>
        <w:tc>
          <w:tcPr>
            <w:tcW w:w="311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B7AB67" w14:textId="77777777" w:rsidR="00646A92" w:rsidRDefault="00646A92"/>
        </w:tc>
      </w:tr>
      <w:tr w:rsidR="00646A92" w14:paraId="0F72DB62" w14:textId="77777777" w:rsidTr="008D6BAE">
        <w:trPr>
          <w:trHeight w:val="16"/>
          <w:jc w:val="center"/>
        </w:trPr>
        <w:tc>
          <w:tcPr>
            <w:tcW w:w="21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772260" w14:textId="77777777" w:rsidR="00646A92" w:rsidRDefault="00000000">
            <w:pPr>
              <w:jc w:val="center"/>
            </w:pPr>
            <w:r>
              <w:rPr>
                <w:b/>
                <w:sz w:val="21"/>
              </w:rPr>
              <w:t>E-mail</w:t>
            </w:r>
          </w:p>
        </w:tc>
        <w:tc>
          <w:tcPr>
            <w:tcW w:w="8390" w:type="dxa"/>
            <w:gridSpan w:val="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6EA9BE" w14:textId="77777777" w:rsidR="00646A92" w:rsidRDefault="00646A92"/>
        </w:tc>
      </w:tr>
    </w:tbl>
    <w:p w14:paraId="4456EDBB" w14:textId="77777777" w:rsidR="00646A92" w:rsidRDefault="00000000">
      <w:pPr>
        <w:spacing w:before="60"/>
      </w:pPr>
      <w:r>
        <w:rPr>
          <w:b/>
          <w:sz w:val="19"/>
        </w:rPr>
        <w:t>主催／一般社団法人福祉評価推進事業団　　共催／愛知県</w:t>
      </w:r>
    </w:p>
    <w:p w14:paraId="55EB0270" w14:textId="77777777" w:rsidR="00646A92" w:rsidRDefault="00000000">
      <w:r>
        <w:rPr>
          <w:sz w:val="15"/>
        </w:rPr>
        <w:t>連絡先　一般社団法人福祉評価推進事業団　名古屋市千種区小松町五丁目2番5号　電話：052-732-6690</w:t>
      </w:r>
    </w:p>
    <w:sectPr w:rsidR="00646A92" w:rsidSect="00034616">
      <w:pgSz w:w="11906" w:h="16838"/>
      <w:pgMar w:top="624" w:right="680" w:bottom="510" w:left="68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-OTF ゴシックMB101 Pro U">
    <w:panose1 w:val="020B0900000000000000"/>
    <w:charset w:val="80"/>
    <w:family w:val="swiss"/>
    <w:notTrueType/>
    <w:pitch w:val="variable"/>
    <w:sig w:usb0="A00002FF" w:usb1="68C7FEFF" w:usb2="00000012" w:usb3="00000000" w:csb0="00020005" w:csb1="00000000"/>
  </w:font>
  <w:font w:name="A-OTF じゅん Pro 501">
    <w:panose1 w:val="020F0600000000000000"/>
    <w:charset w:val="80"/>
    <w:family w:val="swiss"/>
    <w:notTrueType/>
    <w:pitch w:val="variable"/>
    <w:sig w:usb0="A00002FF" w:usb1="68C7FEFF" w:usb2="00000012" w:usb3="00000000" w:csb0="0002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42166482">
    <w:abstractNumId w:val="8"/>
  </w:num>
  <w:num w:numId="2" w16cid:durableId="1986350671">
    <w:abstractNumId w:val="6"/>
  </w:num>
  <w:num w:numId="3" w16cid:durableId="290136536">
    <w:abstractNumId w:val="5"/>
  </w:num>
  <w:num w:numId="4" w16cid:durableId="453256026">
    <w:abstractNumId w:val="4"/>
  </w:num>
  <w:num w:numId="5" w16cid:durableId="474177318">
    <w:abstractNumId w:val="7"/>
  </w:num>
  <w:num w:numId="6" w16cid:durableId="463549301">
    <w:abstractNumId w:val="3"/>
  </w:num>
  <w:num w:numId="7" w16cid:durableId="2105610322">
    <w:abstractNumId w:val="2"/>
  </w:num>
  <w:num w:numId="8" w16cid:durableId="143157951">
    <w:abstractNumId w:val="1"/>
  </w:num>
  <w:num w:numId="9" w16cid:durableId="637107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65577"/>
    <w:rsid w:val="00646A92"/>
    <w:rsid w:val="008D6BA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0D98F3"/>
  <w14:defaultImageDpi w14:val="300"/>
  <w15:docId w15:val="{9FA09999-0DFC-D94E-9176-0F7C83B93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0" w:lineRule="auto"/>
    </w:pPr>
    <w:rPr>
      <w:rFonts w:ascii="Yu Gothic" w:eastAsia="Yu Gothic" w:hAnsi="Yu Gothic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福祉評価推進事業団　佐々木</cp:lastModifiedBy>
  <cp:revision>2</cp:revision>
  <dcterms:created xsi:type="dcterms:W3CDTF">2013-12-23T23:15:00Z</dcterms:created>
  <dcterms:modified xsi:type="dcterms:W3CDTF">2026-06-30T05:06:00Z</dcterms:modified>
  <cp:category/>
</cp:coreProperties>
</file>